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ZAŁĄCZNIK NR 1</w:t>
      </w:r>
    </w:p>
    <w:p>
      <w:pPr>
        <w:pStyle w:val="Heading2"/>
      </w:pPr>
      <w:r>
        <w:t>FORMULARZ ODSTĄPIENIA OD UMOWY / WNIOSEK O ZWROT</w:t>
      </w:r>
    </w:p>
    <w:p>
      <w:r>
        <w:t>(formularz należy wypełnić i odesłać wyłącznie w przypadku chęci odstąpienia od umowy)</w:t>
      </w:r>
    </w:p>
    <w:p>
      <w:pPr>
        <w:pStyle w:val="Heading3"/>
      </w:pPr>
      <w:r>
        <w:t>Adresat</w:t>
      </w:r>
    </w:p>
    <w:p>
      <w:r>
        <w:t>DBZ 77 Akademia Szkoleniowa sp. z o.o.</w:t>
        <w:br/>
        <w:t>ul. Sportowa 18–20</w:t>
        <w:br/>
        <w:t>87-100 Toruń</w:t>
        <w:br/>
        <w:t>E-mail: akademia@ieaxyppaiq.cfolks.pl</w:t>
      </w:r>
    </w:p>
    <w:p>
      <w:pPr>
        <w:pStyle w:val="Heading3"/>
      </w:pPr>
      <w:r>
        <w:t>Dane Klienta</w:t>
      </w:r>
    </w:p>
    <w:p>
      <w:r>
        <w:t>Imię i nazwisko: .....................................................</w:t>
      </w:r>
    </w:p>
    <w:p>
      <w:r>
        <w:t>Adres e-mail: .........................................................</w:t>
      </w:r>
    </w:p>
    <w:p>
      <w:r>
        <w:t>Telefon: ..............................................................</w:t>
      </w:r>
    </w:p>
    <w:p>
      <w:r>
        <w:t>Numer zamówienia: .....................................................</w:t>
      </w:r>
    </w:p>
    <w:p>
      <w:r>
        <w:t>Data zakupu: ..........................................................</w:t>
      </w:r>
    </w:p>
    <w:p>
      <w:r>
        <w:t>Nazwa szkolenia / produktu cyfrowego: ................................</w:t>
      </w:r>
    </w:p>
    <w:p>
      <w:pPr>
        <w:pStyle w:val="Heading3"/>
      </w:pPr>
      <w:r>
        <w:t>Oświadczenie</w:t>
      </w:r>
    </w:p>
    <w:p>
      <w:r>
        <w:t>Ja niżej podpisany/a informuję o odstąpieniu od umowy dotyczącej zakupu produktu cyfrowego / szkolenia online.</w:t>
      </w:r>
    </w:p>
    <w:p>
      <w:r>
        <w:t>Przyczyna zwrotu (opcjonalnie):</w:t>
      </w:r>
    </w:p>
    <w:p>
      <w:r>
        <w:t>................................................................................</w:t>
      </w:r>
    </w:p>
    <w:p>
      <w:r>
        <w:t>................................................................................</w:t>
      </w:r>
    </w:p>
    <w:p>
      <w:r>
        <w:t>................................................................................</w:t>
      </w:r>
    </w:p>
    <w:p>
      <w:r>
        <w:t>Numer rachunku bankowego do zwrotu środków:</w:t>
      </w:r>
    </w:p>
    <w:p>
      <w:r>
        <w:t>................................................................................</w:t>
      </w:r>
    </w:p>
    <w:p>
      <w:r>
        <w:t>Data: ........................................</w:t>
      </w:r>
    </w:p>
    <w:p>
      <w:r>
        <w:t>Podpis (jeżeli formularz przesyłany papierowo):</w:t>
      </w:r>
    </w:p>
    <w:p>
      <w:r>
        <w:t>................................................................................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